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r>
              <w:rPr>
                <w:b/>
                <w:color w:val="1D1D1F"/>
                <w:sz w:val="52"/>
              </w:rPr>
              <w:t>INVOICE</w:t>
            </w:r>
          </w:p>
        </w:tc>
        <w:tc>
          <w:tcPr>
            <w:tcW w:type="dxa" w:w="4819"/>
          </w:tcPr>
          <w:p>
            <w:pPr>
              <w:jc w:val="right"/>
            </w:pPr>
            <w:r>
              <w:rPr>
                <w:b w:val="0"/>
                <w:color w:val="6E6E73"/>
                <w:sz w:val="18"/>
              </w:rPr>
              <w:t xml:space="preserve">Invoice no.: </w:t>
            </w:r>
            <w:r>
              <w:rPr>
                <w:b w:val="0"/>
                <w:color w:val="D2D2D7"/>
                <w:sz w:val="18"/>
              </w:rPr>
              <w:t>________________</w:t>
            </w:r>
          </w:p>
          <w:p>
            <w:pPr>
              <w:jc w:val="right"/>
            </w:pPr>
            <w:r>
              <w:rPr>
                <w:b w:val="0"/>
                <w:color w:val="6E6E73"/>
                <w:sz w:val="18"/>
              </w:rPr>
              <w:t xml:space="preserve">Invoice date: </w:t>
            </w:r>
            <w:r>
              <w:rPr>
                <w:b w:val="0"/>
                <w:color w:val="D2D2D7"/>
                <w:sz w:val="18"/>
              </w:rPr>
              <w:t>________________</w:t>
            </w:r>
          </w:p>
          <w:p>
            <w:pPr>
              <w:jc w:val="right"/>
            </w:pPr>
            <w:r>
              <w:rPr>
                <w:b w:val="0"/>
                <w:color w:val="6E6E73"/>
                <w:sz w:val="18"/>
              </w:rPr>
              <w:t xml:space="preserve">Due date: </w:t>
            </w:r>
            <w:r>
              <w:rPr>
                <w:b w:val="0"/>
                <w:color w:val="D2D2D7"/>
                <w:sz w:val="18"/>
              </w:rPr>
              <w:t>________________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r>
              <w:rPr>
                <w:b/>
                <w:color w:val="6E6E73"/>
                <w:sz w:val="16"/>
              </w:rPr>
              <w:t>FROM</w:t>
            </w:r>
          </w:p>
          <w:p>
            <w:r>
              <w:rPr>
                <w:b w:val="0"/>
                <w:color w:val="6E6E73"/>
                <w:sz w:val="20"/>
              </w:rPr>
              <w:t>Your business name</w:t>
            </w:r>
          </w:p>
          <w:p>
            <w:r>
              <w:rPr>
                <w:b w:val="0"/>
                <w:color w:val="6E6E73"/>
                <w:sz w:val="20"/>
              </w:rPr>
              <w:t>Address</w:t>
            </w:r>
          </w:p>
          <w:p>
            <w:r>
              <w:rPr>
                <w:b w:val="0"/>
                <w:color w:val="6E6E73"/>
                <w:sz w:val="20"/>
              </w:rPr>
              <w:t>Email / phone</w:t>
            </w:r>
          </w:p>
        </w:tc>
        <w:tc>
          <w:tcPr>
            <w:tcW w:type="dxa" w:w="4819"/>
          </w:tcPr>
          <w:p>
            <w:r>
              <w:rPr>
                <w:b/>
                <w:color w:val="6E6E73"/>
                <w:sz w:val="16"/>
              </w:rPr>
              <w:t>BILL TO</w:t>
            </w:r>
          </w:p>
          <w:p>
            <w:r>
              <w:rPr>
                <w:b w:val="0"/>
                <w:color w:val="6E6E73"/>
                <w:sz w:val="20"/>
              </w:rPr>
              <w:t>Client name</w:t>
            </w:r>
          </w:p>
          <w:p>
            <w:r>
              <w:rPr>
                <w:b w:val="0"/>
                <w:color w:val="6E6E73"/>
                <w:sz w:val="20"/>
              </w:rPr>
              <w:t>Company</w:t>
            </w:r>
          </w:p>
          <w:p>
            <w:r>
              <w:rPr>
                <w:b w:val="0"/>
                <w:color w:val="6E6E73"/>
                <w:sz w:val="20"/>
              </w:rPr>
              <w:t>Address</w:t>
            </w:r>
          </w:p>
          <w:p>
            <w:r>
              <w:rPr>
                <w:b w:val="0"/>
                <w:color w:val="6E6E73"/>
                <w:sz w:val="20"/>
              </w:rPr>
              <w:t>Email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  <w:tblBorders>
          <w:top w:val="single" w:sz="4" w:color="D2D2D7"/>
          <w:bottom w:val="single" w:sz="4" w:color="D2D2D7"/>
          <w:insideH w:val="single" w:sz="4" w:color="D2D2D7"/>
          <w:left w:val="nil"/>
          <w:right w:val="nil"/>
          <w:insideV w:val="nil"/>
        </w:tblBorders>
      </w:tblPr>
      <w:tblGrid>
        <w:gridCol w:w="2409"/>
        <w:gridCol w:w="2409"/>
        <w:gridCol w:w="2409"/>
        <w:gridCol w:w="2409"/>
      </w:tblGrid>
      <w:tr>
        <w:trPr>
          <w:trHeight w:val="482"/>
        </w:trPr>
        <w:tc>
          <w:tcPr>
            <w:tcW w:type="dxa" w:w="5783"/>
            <w:shd w:val="clear" w:color="auto" w:fill="F5F5F7"/>
          </w:tcPr>
          <w:p>
            <w:r>
              <w:rPr>
                <w:b/>
                <w:color w:val="6E6E73"/>
                <w:sz w:val="16"/>
              </w:rPr>
              <w:t>DESCRIPTION</w:t>
            </w:r>
          </w:p>
        </w:tc>
        <w:tc>
          <w:tcPr>
            <w:tcW w:type="dxa" w:w="1020"/>
            <w:shd w:val="clear" w:color="auto" w:fill="F5F5F7"/>
          </w:tcPr>
          <w:p>
            <w:pPr>
              <w:jc w:val="right"/>
            </w:pPr>
            <w:r>
              <w:rPr>
                <w:b/>
                <w:color w:val="6E6E73"/>
                <w:sz w:val="16"/>
              </w:rPr>
              <w:t>QTY</w:t>
            </w:r>
          </w:p>
        </w:tc>
        <w:tc>
          <w:tcPr>
            <w:tcW w:type="dxa" w:w="1587"/>
            <w:shd w:val="clear" w:color="auto" w:fill="F5F5F7"/>
          </w:tcPr>
          <w:p>
            <w:pPr>
              <w:jc w:val="right"/>
            </w:pPr>
            <w:r>
              <w:rPr>
                <w:b/>
                <w:color w:val="6E6E73"/>
                <w:sz w:val="16"/>
              </w:rPr>
              <w:t>RATE</w:t>
            </w:r>
          </w:p>
        </w:tc>
        <w:tc>
          <w:tcPr>
            <w:tcW w:type="dxa" w:w="1247"/>
            <w:shd w:val="clear" w:color="auto" w:fill="F5F5F7"/>
          </w:tcPr>
          <w:p>
            <w:pPr>
              <w:jc w:val="right"/>
            </w:pPr>
            <w:r>
              <w:rPr>
                <w:b/>
                <w:color w:val="6E6E73"/>
                <w:sz w:val="16"/>
              </w:rPr>
              <w:t>AMOUNT</w:t>
            </w:r>
          </w:p>
        </w:tc>
      </w:tr>
      <w:tr>
        <w:trPr>
          <w:trHeight w:val="482"/>
        </w:trPr>
        <w:tc>
          <w:tcPr>
            <w:tcW w:type="dxa" w:w="5783"/>
          </w:tcPr>
          <w:p/>
        </w:tc>
        <w:tc>
          <w:tcPr>
            <w:tcW w:type="dxa" w:w="1020"/>
          </w:tcPr>
          <w:p/>
        </w:tc>
        <w:tc>
          <w:tcPr>
            <w:tcW w:type="dxa" w:w="1587"/>
          </w:tcPr>
          <w:p/>
        </w:tc>
        <w:tc>
          <w:tcPr>
            <w:tcW w:type="dxa" w:w="1247"/>
          </w:tcPr>
          <w:p/>
        </w:tc>
      </w:tr>
      <w:tr>
        <w:trPr>
          <w:trHeight w:val="482"/>
        </w:trPr>
        <w:tc>
          <w:tcPr>
            <w:tcW w:type="dxa" w:w="5783"/>
          </w:tcPr>
          <w:p/>
        </w:tc>
        <w:tc>
          <w:tcPr>
            <w:tcW w:type="dxa" w:w="1020"/>
          </w:tcPr>
          <w:p/>
        </w:tc>
        <w:tc>
          <w:tcPr>
            <w:tcW w:type="dxa" w:w="1587"/>
          </w:tcPr>
          <w:p/>
        </w:tc>
        <w:tc>
          <w:tcPr>
            <w:tcW w:type="dxa" w:w="1247"/>
          </w:tcPr>
          <w:p/>
        </w:tc>
      </w:tr>
      <w:tr>
        <w:trPr>
          <w:trHeight w:val="482"/>
        </w:trPr>
        <w:tc>
          <w:tcPr>
            <w:tcW w:type="dxa" w:w="5783"/>
          </w:tcPr>
          <w:p/>
        </w:tc>
        <w:tc>
          <w:tcPr>
            <w:tcW w:type="dxa" w:w="1020"/>
          </w:tcPr>
          <w:p/>
        </w:tc>
        <w:tc>
          <w:tcPr>
            <w:tcW w:type="dxa" w:w="1587"/>
          </w:tcPr>
          <w:p/>
        </w:tc>
        <w:tc>
          <w:tcPr>
            <w:tcW w:type="dxa" w:w="1247"/>
          </w:tcPr>
          <w:p/>
        </w:tc>
      </w:tr>
      <w:tr>
        <w:trPr>
          <w:trHeight w:val="482"/>
        </w:trPr>
        <w:tc>
          <w:tcPr>
            <w:tcW w:type="dxa" w:w="5783"/>
          </w:tcPr>
          <w:p/>
        </w:tc>
        <w:tc>
          <w:tcPr>
            <w:tcW w:type="dxa" w:w="1020"/>
          </w:tcPr>
          <w:p/>
        </w:tc>
        <w:tc>
          <w:tcPr>
            <w:tcW w:type="dxa" w:w="1587"/>
          </w:tcPr>
          <w:p/>
        </w:tc>
        <w:tc>
          <w:tcPr>
            <w:tcW w:type="dxa" w:w="1247"/>
          </w:tcPr>
          <w:p/>
        </w:tc>
      </w:tr>
      <w:tr>
        <w:trPr>
          <w:trHeight w:val="482"/>
        </w:trPr>
        <w:tc>
          <w:tcPr>
            <w:tcW w:type="dxa" w:w="5783"/>
          </w:tcPr>
          <w:p/>
        </w:tc>
        <w:tc>
          <w:tcPr>
            <w:tcW w:type="dxa" w:w="1020"/>
          </w:tcPr>
          <w:p/>
        </w:tc>
        <w:tc>
          <w:tcPr>
            <w:tcW w:type="dxa" w:w="1587"/>
          </w:tcPr>
          <w:p/>
        </w:tc>
        <w:tc>
          <w:tcPr>
            <w:tcW w:type="dxa" w:w="1247"/>
          </w:tcPr>
          <w:p/>
        </w:tc>
      </w:tr>
      <w:tr>
        <w:trPr>
          <w:trHeight w:val="482"/>
        </w:trPr>
        <w:tc>
          <w:tcPr>
            <w:tcW w:type="dxa" w:w="5783"/>
          </w:tcPr>
          <w:p/>
        </w:tc>
        <w:tc>
          <w:tcPr>
            <w:tcW w:type="dxa" w:w="1020"/>
          </w:tcPr>
          <w:p/>
        </w:tc>
        <w:tc>
          <w:tcPr>
            <w:tcW w:type="dxa" w:w="1587"/>
          </w:tcPr>
          <w:p/>
        </w:tc>
        <w:tc>
          <w:tcPr>
            <w:tcW w:type="dxa" w:w="1247"/>
          </w:tcPr>
          <w:p/>
        </w:tc>
      </w:tr>
      <w:tr>
        <w:trPr>
          <w:trHeight w:val="482"/>
        </w:trPr>
        <w:tc>
          <w:tcPr>
            <w:tcW w:type="dxa" w:w="5783"/>
          </w:tcPr>
          <w:p/>
        </w:tc>
        <w:tc>
          <w:tcPr>
            <w:tcW w:type="dxa" w:w="1020"/>
          </w:tcPr>
          <w:p/>
        </w:tc>
        <w:tc>
          <w:tcPr>
            <w:tcW w:type="dxa" w:w="1587"/>
          </w:tcPr>
          <w:p/>
        </w:tc>
        <w:tc>
          <w:tcPr>
            <w:tcW w:type="dxa" w:w="1247"/>
          </w:tcPr>
          <w:p/>
        </w:tc>
      </w:tr>
      <w:tr>
        <w:trPr>
          <w:trHeight w:val="482"/>
        </w:trPr>
        <w:tc>
          <w:tcPr>
            <w:tcW w:type="dxa" w:w="5783"/>
          </w:tcPr>
          <w:p/>
        </w:tc>
        <w:tc>
          <w:tcPr>
            <w:tcW w:type="dxa" w:w="1020"/>
          </w:tcPr>
          <w:p/>
        </w:tc>
        <w:tc>
          <w:tcPr>
            <w:tcW w:type="dxa" w:w="1587"/>
          </w:tcPr>
          <w:p/>
        </w:tc>
        <w:tc>
          <w:tcPr>
            <w:tcW w:type="dxa" w:w="1247"/>
          </w:tcPr>
          <w:p/>
        </w:tc>
      </w:tr>
    </w:tbl>
    <w:p/>
    <w:tbl>
      <w:tblPr>
        <w:tblW w:type="auto" w:w="0"/>
        <w:jc w:val="right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2551"/>
          </w:tcPr>
          <w:p>
            <w:r>
              <w:rPr>
                <w:b w:val="0"/>
                <w:color w:val="6E6E73"/>
                <w:sz w:val="20"/>
              </w:rPr>
              <w:t>Subtotal</w:t>
            </w:r>
          </w:p>
        </w:tc>
        <w:tc>
          <w:tcPr>
            <w:tcW w:type="dxa" w:w="1984"/>
          </w:tcPr>
          <w:p>
            <w:pPr>
              <w:jc w:val="right"/>
            </w:pPr>
            <w:r>
              <w:rPr>
                <w:b w:val="0"/>
                <w:color w:val="D2D2D7"/>
                <w:sz w:val="20"/>
              </w:rPr>
              <w:t>__________</w:t>
            </w:r>
          </w:p>
        </w:tc>
      </w:tr>
      <w:tr>
        <w:tc>
          <w:tcPr>
            <w:tcW w:type="dxa" w:w="2551"/>
          </w:tcPr>
          <w:p>
            <w:r>
              <w:rPr>
                <w:b w:val="0"/>
                <w:color w:val="6E6E73"/>
                <w:sz w:val="20"/>
              </w:rPr>
              <w:t>Discount</w:t>
            </w:r>
          </w:p>
        </w:tc>
        <w:tc>
          <w:tcPr>
            <w:tcW w:type="dxa" w:w="1984"/>
          </w:tcPr>
          <w:p>
            <w:pPr>
              <w:jc w:val="right"/>
            </w:pPr>
            <w:r>
              <w:rPr>
                <w:b w:val="0"/>
                <w:color w:val="D2D2D7"/>
                <w:sz w:val="20"/>
              </w:rPr>
              <w:t>__________</w:t>
            </w:r>
          </w:p>
        </w:tc>
      </w:tr>
      <w:tr>
        <w:tc>
          <w:tcPr>
            <w:tcW w:type="dxa" w:w="2551"/>
          </w:tcPr>
          <w:p>
            <w:r>
              <w:rPr>
                <w:b w:val="0"/>
                <w:color w:val="6E6E73"/>
                <w:sz w:val="20"/>
              </w:rPr>
              <w:t>Tax</w:t>
            </w:r>
          </w:p>
        </w:tc>
        <w:tc>
          <w:tcPr>
            <w:tcW w:type="dxa" w:w="1984"/>
          </w:tcPr>
          <w:p>
            <w:pPr>
              <w:jc w:val="right"/>
            </w:pPr>
            <w:r>
              <w:rPr>
                <w:b w:val="0"/>
                <w:color w:val="D2D2D7"/>
                <w:sz w:val="20"/>
              </w:rPr>
              <w:t>__________</w:t>
            </w:r>
          </w:p>
        </w:tc>
      </w:tr>
      <w:tr>
        <w:tc>
          <w:tcPr>
            <w:tcW w:type="dxa" w:w="2551"/>
          </w:tcPr>
          <w:p>
            <w:r>
              <w:rPr>
                <w:b/>
                <w:color w:val="1D1D1F"/>
                <w:sz w:val="22"/>
              </w:rPr>
              <w:t>Total due</w:t>
            </w:r>
          </w:p>
        </w:tc>
        <w:tc>
          <w:tcPr>
            <w:tcW w:type="dxa" w:w="1984"/>
          </w:tcPr>
          <w:p>
            <w:pPr>
              <w:jc w:val="right"/>
            </w:pPr>
            <w:r>
              <w:rPr>
                <w:b w:val="0"/>
                <w:color w:val="D2D2D7"/>
                <w:sz w:val="20"/>
              </w:rPr>
              <w:t>__________</w:t>
            </w:r>
          </w:p>
        </w:tc>
      </w:tr>
    </w:tbl>
    <w:p/>
    <w:p>
      <w:r>
        <w:rPr>
          <w:b/>
          <w:color w:val="6E6E73"/>
          <w:sz w:val="16"/>
        </w:rPr>
        <w:t>PAYMENT DETAILS</w:t>
      </w:r>
    </w:p>
    <w:p>
      <w:r>
        <w:rPr>
          <w:b w:val="0"/>
          <w:color w:val="6E6E73"/>
          <w:sz w:val="20"/>
        </w:rPr>
        <w:t>Bank name, account name and number (or IBAN / SWIFT)</w:t>
      </w:r>
    </w:p>
    <w:p>
      <w:r>
        <w:rPr>
          <w:b w:val="0"/>
          <w:color w:val="6E6E73"/>
          <w:sz w:val="20"/>
        </w:rPr>
        <w:t>Or: PayPal, Wise or a payment link</w:t>
      </w:r>
    </w:p>
    <w:p>
      <w:r>
        <w:rPr>
          <w:b/>
          <w:color w:val="6E6E73"/>
          <w:sz w:val="16"/>
        </w:rPr>
        <w:t>NOTES</w:t>
      </w:r>
    </w:p>
    <w:p>
      <w:r>
        <w:rPr>
          <w:b w:val="0"/>
          <w:color w:val="6E6E73"/>
          <w:sz w:val="20"/>
        </w:rPr>
        <w:t>Payment terms, thank-you note, or anything the client should know.</w:t>
      </w: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 w:val="0"/>
        <w:color w:val="6E6E73"/>
        <w:sz w:val="16"/>
      </w:rPr>
      <w:t>Free template from wizardinvoice.com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