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1D1D1F"/>
                <w:sz w:val="52"/>
              </w:rPr>
              <w:t>TAX INVOICE</w:t>
            </w:r>
          </w:p>
        </w:tc>
        <w:tc>
          <w:tcPr>
            <w:tcW w:type="dxa" w:w="4819"/>
          </w:tcPr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Invoice no.: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Invoice date: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Due date: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  <w:p>
            <w:pPr>
              <w:jc w:val="right"/>
            </w:pPr>
            <w:r>
              <w:rPr>
                <w:b w:val="0"/>
                <w:color w:val="6E6E73"/>
                <w:sz w:val="18"/>
              </w:rPr>
              <w:t xml:space="preserve">Supply date: </w:t>
            </w:r>
            <w:r>
              <w:rPr>
                <w:b w:val="0"/>
                <w:color w:val="D2D2D7"/>
                <w:sz w:val="18"/>
              </w:rPr>
              <w:t>________________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  <w:color w:val="6E6E73"/>
                <w:sz w:val="16"/>
              </w:rPr>
              <w:t>FROM</w:t>
            </w:r>
          </w:p>
          <w:p>
            <w:r>
              <w:rPr>
                <w:b w:val="0"/>
                <w:color w:val="6E6E73"/>
                <w:sz w:val="20"/>
              </w:rPr>
              <w:t>Your business name</w:t>
            </w:r>
          </w:p>
          <w:p>
            <w:r>
              <w:rPr>
                <w:b w:val="0"/>
                <w:color w:val="6E6E73"/>
                <w:sz w:val="20"/>
              </w:rPr>
              <w:t>Address</w:t>
            </w:r>
          </w:p>
          <w:p>
            <w:r>
              <w:rPr>
                <w:b w:val="0"/>
                <w:color w:val="6E6E73"/>
                <w:sz w:val="20"/>
              </w:rPr>
              <w:t>Email / phone</w:t>
            </w:r>
          </w:p>
          <w:p>
            <w:r>
              <w:rPr>
                <w:b w:val="0"/>
                <w:color w:val="6E6E73"/>
                <w:sz w:val="20"/>
              </w:rPr>
              <w:t>Tax registration no. (VAT / GST)</w:t>
            </w:r>
          </w:p>
        </w:tc>
        <w:tc>
          <w:tcPr>
            <w:tcW w:type="dxa" w:w="4819"/>
          </w:tcPr>
          <w:p>
            <w:r>
              <w:rPr>
                <w:b/>
                <w:color w:val="6E6E73"/>
                <w:sz w:val="16"/>
              </w:rPr>
              <w:t>BILL TO</w:t>
            </w:r>
          </w:p>
          <w:p>
            <w:r>
              <w:rPr>
                <w:b w:val="0"/>
                <w:color w:val="6E6E73"/>
                <w:sz w:val="20"/>
              </w:rPr>
              <w:t>Client name</w:t>
            </w:r>
          </w:p>
          <w:p>
            <w:r>
              <w:rPr>
                <w:b w:val="0"/>
                <w:color w:val="6E6E73"/>
                <w:sz w:val="20"/>
              </w:rPr>
              <w:t>Company</w:t>
            </w:r>
          </w:p>
          <w:p>
            <w:r>
              <w:rPr>
                <w:b w:val="0"/>
                <w:color w:val="6E6E73"/>
                <w:sz w:val="20"/>
              </w:rPr>
              <w:t>Address</w:t>
            </w:r>
          </w:p>
          <w:p>
            <w:r>
              <w:rPr>
                <w:b w:val="0"/>
                <w:color w:val="6E6E73"/>
                <w:sz w:val="20"/>
              </w:rPr>
              <w:t>Email</w:t>
            </w:r>
          </w:p>
          <w:p>
            <w:r>
              <w:rPr>
                <w:b w:val="0"/>
                <w:color w:val="6E6E73"/>
                <w:sz w:val="20"/>
              </w:rPr>
              <w:t>Client tax no. (if required)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4" w:color="D2D2D7"/>
          <w:bottom w:val="single" w:sz="4" w:color="D2D2D7"/>
          <w:insideH w:val="single" w:sz="4" w:color="D2D2D7"/>
          <w:left w:val="nil"/>
          <w:right w:val="nil"/>
          <w:insideV w:val="nil"/>
        </w:tblBorders>
      </w:tblPr>
      <w:tblGrid>
        <w:gridCol w:w="1928"/>
        <w:gridCol w:w="1928"/>
        <w:gridCol w:w="1928"/>
        <w:gridCol w:w="1928"/>
        <w:gridCol w:w="1928"/>
      </w:tblGrid>
      <w:tr>
        <w:trPr>
          <w:trHeight w:val="482"/>
        </w:trPr>
        <w:tc>
          <w:tcPr>
            <w:tcW w:type="dxa" w:w="4819"/>
            <w:shd w:val="clear" w:color="auto" w:fill="F5F5F7"/>
          </w:tcPr>
          <w:p>
            <w:r>
              <w:rPr>
                <w:b/>
                <w:color w:val="6E6E73"/>
                <w:sz w:val="16"/>
              </w:rPr>
              <w:t>DESCRIPTION</w:t>
            </w:r>
          </w:p>
        </w:tc>
        <w:tc>
          <w:tcPr>
            <w:tcW w:type="dxa" w:w="907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QTY</w:t>
            </w:r>
          </w:p>
        </w:tc>
        <w:tc>
          <w:tcPr>
            <w:tcW w:type="dxa" w:w="1474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UNIT PRICE</w:t>
            </w:r>
          </w:p>
        </w:tc>
        <w:tc>
          <w:tcPr>
            <w:tcW w:type="dxa" w:w="907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TAX %</w:t>
            </w:r>
          </w:p>
        </w:tc>
        <w:tc>
          <w:tcPr>
            <w:tcW w:type="dxa" w:w="1531"/>
            <w:shd w:val="clear" w:color="auto" w:fill="F5F5F7"/>
          </w:tcPr>
          <w:p>
            <w:pPr>
              <w:jc w:val="right"/>
            </w:pPr>
            <w:r>
              <w:rPr>
                <w:b/>
                <w:color w:val="6E6E73"/>
                <w:sz w:val="16"/>
              </w:rPr>
              <w:t>AMOUNT</w:t>
            </w:r>
          </w:p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  <w:tr>
        <w:trPr>
          <w:trHeight w:val="482"/>
        </w:trPr>
        <w:tc>
          <w:tcPr>
            <w:tcW w:type="dxa" w:w="4819"/>
          </w:tcPr>
          <w:p/>
        </w:tc>
        <w:tc>
          <w:tcPr>
            <w:tcW w:type="dxa" w:w="907"/>
          </w:tcPr>
          <w:p/>
        </w:tc>
        <w:tc>
          <w:tcPr>
            <w:tcW w:type="dxa" w:w="1474"/>
          </w:tcPr>
          <w:p/>
        </w:tc>
        <w:tc>
          <w:tcPr>
            <w:tcW w:type="dxa" w:w="907"/>
          </w:tcPr>
          <w:p/>
        </w:tc>
        <w:tc>
          <w:tcPr>
            <w:tcW w:type="dxa" w:w="1531"/>
          </w:tcPr>
          <w:p/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</w:tcPr>
          <w:p>
            <w:r>
              <w:rPr>
                <w:b w:val="0"/>
                <w:color w:val="6E6E73"/>
                <w:sz w:val="20"/>
              </w:rPr>
              <w:t>Subtotal (excl. tax)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  <w:tr>
        <w:tc>
          <w:tcPr>
            <w:tcW w:type="dxa" w:w="2551"/>
          </w:tcPr>
          <w:p>
            <w:r>
              <w:rPr>
                <w:b w:val="0"/>
                <w:color w:val="6E6E73"/>
                <w:sz w:val="20"/>
              </w:rPr>
              <w:t>Tax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  <w:tr>
        <w:tc>
          <w:tcPr>
            <w:tcW w:type="dxa" w:w="2551"/>
          </w:tcPr>
          <w:p>
            <w:r>
              <w:rPr>
                <w:b/>
                <w:color w:val="1D1D1F"/>
                <w:sz w:val="22"/>
              </w:rPr>
              <w:t>Total (incl. tax)</w:t>
            </w:r>
          </w:p>
        </w:tc>
        <w:tc>
          <w:tcPr>
            <w:tcW w:type="dxa" w:w="1984"/>
          </w:tcPr>
          <w:p>
            <w:pPr>
              <w:jc w:val="right"/>
            </w:pPr>
            <w:r>
              <w:rPr>
                <w:b w:val="0"/>
                <w:color w:val="D2D2D7"/>
                <w:sz w:val="20"/>
              </w:rPr>
              <w:t>__________</w:t>
            </w:r>
          </w:p>
        </w:tc>
      </w:tr>
    </w:tbl>
    <w:p/>
    <w:p>
      <w:r>
        <w:rPr>
          <w:b/>
          <w:color w:val="6E6E73"/>
          <w:sz w:val="16"/>
        </w:rPr>
        <w:t>PAYMENT DETAILS</w:t>
      </w:r>
    </w:p>
    <w:p>
      <w:r>
        <w:rPr>
          <w:b w:val="0"/>
          <w:color w:val="6E6E73"/>
          <w:sz w:val="20"/>
        </w:rPr>
        <w:t>Bank name, account name and number (or IBAN / SWIFT)</w:t>
      </w:r>
    </w:p>
    <w:p>
      <w:r>
        <w:rPr>
          <w:b w:val="0"/>
          <w:color w:val="6E6E73"/>
          <w:sz w:val="20"/>
        </w:rPr>
        <w:t>Or: PayPal, Wise or a payment link</w:t>
      </w:r>
    </w:p>
    <w:p>
      <w:r>
        <w:rPr>
          <w:b/>
          <w:color w:val="6E6E73"/>
          <w:sz w:val="16"/>
        </w:rPr>
        <w:t>NOTES</w:t>
      </w:r>
    </w:p>
    <w:p>
      <w:r>
        <w:rPr>
          <w:b w:val="0"/>
          <w:color w:val="6E6E73"/>
          <w:sz w:val="20"/>
        </w:rPr>
        <w:t>Payment terms, thank-you note, or anything the client should know.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color w:val="6E6E73"/>
        <w:sz w:val="16"/>
      </w:rPr>
      <w:t>Free template from wizardinvoice.com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